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D9488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🌍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עולים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עולים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0D9488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👋 מָה אוֹמְרִים כְּשֶׁפּוֹגְשִׁים מִישֶׁהוּ?  (What do we say when we meet someone?)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👋 שָׁלוֹם   ◯ 🌙 לַיְלָה טוֹב   ◯ 😔 סְלִיחָה   ◯ 🙏 תּוֹדָה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🕯️ אֵיזֶה יוֹם בָּא אַחֲרֵי יוֹם שִׁשִּׁי?  (Which day comes after Friday?)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יוֹם רִאשׁוֹן   ◯ יוֹם שֵׁנִי   ◯ יוֹם רְבִיעִי   ◯ שַׁבָּת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🪙 אֵיךְ קוֹרְאִים לַכֶּסֶף בְּיִשְׂרָאֵל?  (What is the money in Israel called?)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💷 לִירָה שְׁטֶרְלִינְג   ◯ 🪙 שֶׁקֶל   ◯ 💶 אֵירוֹ   ◯ 💵 דּוֹלָר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🏊 אֵיפֹה אֶפְשָׁר לָצוּף עַל הַמַּיִם בְּקַלּוּת?  (Where can you float on the water easily?)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🏊 בַּבְּרֵכָה   ◯ 🐟 בַּכִּנֶּרֶת   ◯ 🧂 בְּיַם הַמֶּלַח   ◯ 🛁 בָּאַמְבַּטְיָה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✡️ מָה הַצֶּבַע שֶׁל מָגֵן הַדָּוִד בַּדֶּגֶל?  (What color is the Star of David on the flag?)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🟢 יָרֹק   ◯ 🔴 אָדֹם   ◯ 🟡 צָהֹב   ◯ 🔵 כָּחֹל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🎁 מָה אוֹמְרִים כְּשֶׁמְּקַבְּלִים מַתָּנָה?  (What do we say when we get a present?)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👋 שָׁלוֹם   ◯ 🙏 תּוֹדָה   ◯ 😔 סְלִיחָה   ◯ 🌞 בֹּקֶר טוֹב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🧺 פֵּרוֹת בַּסַּל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בַּסַּל יֵשׁ 3 תַּפּוּחִים וְ-4 בָּנָנוֹת. כַּמָּה פֵּרוֹת יֵשׁ בַּסַּל?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🐱 רַגְלַיִם שֶׁל חֲתוּלִים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לְחָתוּל יֵשׁ 4 רַגְלַיִם. כַּמָּה רַגְלַיִם יֵשׁ לְ-3 חֲתוּלִים?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📅 אֵיזֶה יוֹם מָחָר?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אֶתְמוֹל הָיָה יוֹם רִאשׁוֹן. אֵיזֶה יוֹם יִהְיֶה מָחָר?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🪑 כִּסְאוֹת בַּכִּתָּה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בַּכִּתָּה יֵשׁ 20 כִּסְאוֹת. חֲצִי מֵהַכִּסְאוֹת כְּחֻלִּים. כַּמָּה כִּסְאוֹת כְּחֻלִּים?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💳 אַשְׁרַאי · 🚌 נְסִיעָה · 💌 בְּרָכָה · 🎟️ כְּנִיסָה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🚌 אוֹטוֹבּוּס · 🚆 רַכֶּבֶת · ⛽ דֶּלֶק · 👮 מִשְׁטָרָה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🍽️ אֹכֶל · ✍️ כְּתִיבָה · 💼 עֲבוֹדָה · 🏓 טֶנִיס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📧 אֶלֶקְטְרוֹנִי · 📨 רָשׁוּם · 📬 תֵּבַת · ✉️ בּוּל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🍞 🥛 🧀 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לֶחֶם וְחָלָב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🩺 💊 👩‍⚕️ 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הוֹלְכִים לָרוֹפֵא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💰 💳 🏧 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פּוֹתְחִים שָׁם חֶשְׁבּוֹן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🧳 🛂 ✈️ 🎫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מַגִּיעִים לָאָרֶץ בַּמָּטוֹס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🔐 חדר בריחה על הדף: הַמַּפְתֵּחַ בַּשּׁוּק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🍊 שׁוּק פֵּרוֹת וִירָקוֹת בַּבֹּקֶר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אֲנַחְנוּ בַּשּׁוּק. 🛒 יֵשׁ קֻפְסָה סְגוּרָה. בַּקֻּפְסָה יֵשׁ מַפְתֵּחַ שֶׁל הַדּוּכָן. צָרִיךְ קוֹד: 3 סְפָרוֹת.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עַל הַדּוּכָן יֵשׁ תַּפּוּחִים: 🍎🍎🍎🍎🍎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תַּפּוּחִים יֵשׁ? זֹאת הַסִּפְרָה הָרִאשׁוֹנָה. (How many apples?)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תַּפּוּז 🍊 עוֹלֶה 2 שְׁקָלִים. קוֹנִים 4 תַּפּוּזִים.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מְשַׁלְּמִים? זֹאת הַסִּפְרָה הַשְּׁנִיָּה. (How much do we pay?)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הַיּוֹם יוֹם רִאשׁוֹן. רִאשׁוֹן = 1, שֵׁנִי = 2, שְׁלִישִׁי = 3.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אֵיזֶה יוֹם מָחָר? הַמִּסְפָּר שֶׁל הַיּוֹם הוּא הַסִּפְרָה הָאַחֲרוֹנָה. (What day is tomorrow?)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עולים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